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20"/>
      </w:pPr>
      <w:r>
        <w:rPr>
          <w:rFonts w:ascii="Yu Mincho" w:hAnsi="Yu Mincho" w:eastAsia="Yu Mincho"/>
          <w:b/>
          <w:color w:val="1F6F78"/>
          <w:sz w:val="44"/>
        </w:rPr>
        <w:t>1on1 記録</w:t>
      </w: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597"/>
      </w:tblGrid>
      <w:tr>
        <w:trPr>
          <w:trHeight w:val="510" w:hRule="atLeast"/>
          <w:cantSplit/>
          <w:cantSplit/>
        </w:trPr>
        <w:tc>
          <w:tcPr>
            <w:tcW w:type="dxa" w:w="226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メンバー名</w:t>
            </w:r>
          </w:p>
        </w:tc>
        <w:tc>
          <w:tcPr>
            <w:tcW w:type="dxa" w:w="759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</w:p>
        </w:tc>
      </w:tr>
      <w:tr>
        <w:trPr>
          <w:trHeight w:val="510" w:hRule="atLeast"/>
          <w:cantSplit/>
          <w:cantSplit/>
        </w:trPr>
        <w:tc>
          <w:tcPr>
            <w:tcW w:type="dxa" w:w="226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マネージャー名</w:t>
            </w:r>
          </w:p>
        </w:tc>
        <w:tc>
          <w:tcPr>
            <w:tcW w:type="dxa" w:w="759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</w:p>
        </w:tc>
      </w:tr>
      <w:tr>
        <w:trPr>
          <w:trHeight w:val="510" w:hRule="atLeast"/>
          <w:cantSplit/>
          <w:cantSplit/>
        </w:trPr>
        <w:tc>
          <w:tcPr>
            <w:tcW w:type="dxa" w:w="226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日時</w:t>
            </w:r>
          </w:p>
        </w:tc>
        <w:tc>
          <w:tcPr>
            <w:tcW w:type="dxa" w:w="759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</w:p>
        </w:tc>
      </w:tr>
      <w:tr>
        <w:trPr>
          <w:trHeight w:val="510" w:hRule="atLeast"/>
          <w:cantSplit/>
          <w:cantSplit/>
        </w:trPr>
        <w:tc>
          <w:tcPr>
            <w:tcW w:type="dxa" w:w="226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第◯回</w:t>
            </w:r>
          </w:p>
        </w:tc>
        <w:tc>
          <w:tcPr>
            <w:tcW w:type="dxa" w:w="759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 w:val="0"/>
                <w:color w:val="7C8A94"/>
                <w:sz w:val="16"/>
              </w:rPr>
              <w:t>例) 第5回</w:t>
            </w:r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今日のコンディション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7C8A94"/>
          <w:sz w:val="17"/>
        </w:rPr>
        <w:t>数字は本人が選ぶ。理由を聞くきっかけ用</w:t>
      </w:r>
    </w:p>
    <w:p>
      <w:pPr>
        <w:spacing w:before="0" w:after="0" w:lineRule="exact" w:line="114"/>
      </w:pPr>
    </w:p>
    <w:p>
      <w:pPr>
        <w:spacing w:before="40" w:after="120"/>
      </w:pPr>
      <w:r>
        <w:rPr>
          <w:rFonts w:ascii="Yu Gothic" w:hAnsi="Yu Gothic" w:eastAsia="Yu Gothic"/>
          <w:b w:val="0"/>
          <w:color w:val="24303A"/>
          <w:sz w:val="22"/>
        </w:rPr>
        <w:t>□ 1   □ 2   □ 3   □ 4   □ 5</w:t>
      </w:r>
    </w:p>
    <w:p>
      <w:pPr>
        <w:spacing w:before="40" w:after="40"/>
      </w:pPr>
      <w:r>
        <w:rPr>
          <w:rFonts w:ascii="Yu Gothic" w:hAnsi="Yu Gothic" w:eastAsia="Yu Gothic"/>
          <w:b/>
          <w:color w:val="24303A"/>
          <w:sz w:val="20"/>
        </w:rPr>
        <w:t xml:space="preserve">一言: </w:t>
      </w: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前回アクションの振り返り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3946"/>
        <w:gridCol w:w="2959"/>
        <w:gridCol w:w="2959"/>
      </w:tblGrid>
      <w:tr>
        <w:trPr>
          <w:trHeight w:val="454" w:hRule="atLeast"/>
          <w:tblHeader w:val="true"/>
          <w:cantSplit/>
          <w:tblHeader w:val="true"/>
          <w:cantSplit/>
          <w:tblHeader w:val="true"/>
          <w:cantSplit/>
        </w:trPr>
        <w:tc>
          <w:tcPr>
            <w:tcW w:type="dxa" w:w="39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前回のアクション</w:t>
            </w:r>
          </w:p>
        </w:tc>
        <w:tc>
          <w:tcPr>
            <w:tcW w:type="dxa" w:w="2959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状況(できた・途中・未着手)</w:t>
            </w:r>
          </w:p>
        </w:tc>
        <w:tc>
          <w:tcPr>
            <w:tcW w:type="dxa" w:w="2959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ひとこと</w:t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9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2959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2959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9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2959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2959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394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2959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2959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今日話したいこと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7C8A94"/>
          <w:sz w:val="17"/>
        </w:rPr>
        <w:t>メンバーから: 事前に書いておくと1on1が短く濃くなる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7C8A94"/>
          <w:sz w:val="17"/>
        </w:rPr>
        <w:t>マネージャーから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話した内容の要点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7C8A94"/>
          <w:sz w:val="17"/>
        </w:rPr>
        <w:t>評価ではなく事実と本人の言葉を残す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良かったこと・進捗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課題・困っていること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依頼・サポートしてほしいこと</w:t>
      </w:r>
    </w:p>
    <w:p>
      <w:pPr>
        <w:spacing w:before="0" w:after="0" w:lineRule="exact" w:line="114"/>
      </w:pPr>
    </w:p>
    <w:p>
      <w:pPr>
        <w:spacing w:before="0" w:after="0"/>
      </w:pPr>
      <w:r>
        <w:rPr>
          <w:rFonts w:ascii="Yu Gothic" w:hAnsi="Yu Gothic" w:eastAsia="Yu Gothic"/>
          <w:b w:val="0"/>
          <w:color w:val="7C8A94"/>
          <w:sz w:val="17"/>
        </w:rPr>
        <w:t>マネージャー側の宿題になる欄</w:t>
      </w:r>
    </w:p>
    <w:p>
      <w:pPr>
        <w:spacing w:before="0" w:after="0" w:lineRule="exact" w:line="114"/>
      </w:pPr>
    </w:p>
    <w:tbl>
      <w:tblPr>
        <w:tblW w:type="pct" w:w="5000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  <w:tr>
        <w:trPr>
          <w:trHeight w:val="510" w:hRule="atLeast"/>
          <w:cantSplit/>
        </w:trPr>
        <w:tc>
          <w:tcPr>
            <w:tcW w:type="dxa" w:w="9865"/>
            <w:tcBorders>
              <w:top w:val="nil"/>
              <w:bottom w:val="single" w:sz="16" w:space="0" w:color="FFFFFF"/>
              <w:left w:val="nil"/>
              <w:right w:val="nil"/>
            </w:tcBorders>
            <w:shd w:val="clear" w:color="auto" w:fill="F2F8F8"/>
            <w:tcMar>
              <w:top w:w="30" w:type="dxa"/>
              <w:bottom w:w="30" w:type="dxa"/>
              <w:left w:w="20" w:type="dxa"/>
              <w:right w:w="20" w:type="dxa"/>
            </w:tcMar>
          </w:tcPr>
          <w:p>
            <w:r/>
          </w:p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次回までのアクション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2466"/>
        <w:gridCol w:w="2466"/>
      </w:tblGrid>
      <w:tr>
        <w:trPr>
          <w:trHeight w:val="454" w:hRule="atLeast"/>
          <w:tblHeader w:val="true"/>
          <w:cantSplit/>
          <w:tblHeader w:val="true"/>
          <w:cantSplit/>
          <w:tblHeader w:val="true"/>
          <w:cantSplit/>
        </w:trPr>
        <w:tc>
          <w:tcPr>
            <w:tcW w:type="dxa" w:w="4932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内容</w:t>
            </w:r>
          </w:p>
        </w:tc>
        <w:tc>
          <w:tcPr>
            <w:tcW w:type="dxa" w:w="246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担当(本人・上司)</w:t>
            </w:r>
          </w:p>
        </w:tc>
        <w:tc>
          <w:tcPr>
            <w:tcW w:type="dxa" w:w="246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E3F1F2"/>
          </w:tcPr>
          <w:p>
            <w:r/>
            <w:r>
              <w:rPr>
                <w:rFonts w:ascii="Yu Gothic" w:hAnsi="Yu Gothic" w:eastAsia="Yu Gothic"/>
                <w:b/>
                <w:color w:val="1F6F78"/>
                <w:sz w:val="18"/>
              </w:rPr>
              <w:t>期限</w:t>
            </w:r>
          </w:p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932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246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246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932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246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246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932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246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246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</w:tr>
      <w:tr>
        <w:trPr>
          <w:trHeight w:val="510" w:hRule="atLeast"/>
          <w:cantSplit/>
          <w:cantSplit/>
          <w:cantSplit/>
        </w:trPr>
        <w:tc>
          <w:tcPr>
            <w:tcW w:type="dxa" w:w="4932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246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  <w:tc>
          <w:tcPr>
            <w:tcW w:type="dxa" w:w="2466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/>
        </w:tc>
      </w:tr>
    </w:tbl>
    <w:p>
      <w:pPr>
        <w:spacing w:before="0" w:after="0" w:lineRule="exact" w:line="114"/>
      </w:pPr>
    </w:p>
    <w:p>
      <w:pPr>
        <w:spacing w:before="0" w:after="0" w:lineRule="exact" w:line="340"/>
      </w:pPr>
    </w:p>
    <w:p>
      <w:pPr>
        <w:spacing w:before="0" w:after="0"/>
      </w:pPr>
      <w:r>
        <w:rPr>
          <w:rFonts w:ascii="Yu Gothic" w:hAnsi="Yu Gothic" w:eastAsia="Yu Gothic"/>
          <w:b/>
          <w:color w:val="E07A5F"/>
          <w:sz w:val="24"/>
        </w:rPr>
        <w:t xml:space="preserve">■ </w:t>
      </w:r>
      <w:r>
        <w:rPr>
          <w:rFonts w:ascii="Yu Gothic" w:hAnsi="Yu Gothic" w:eastAsia="Yu Gothic"/>
          <w:b/>
          <w:color w:val="1F6F78"/>
          <w:sz w:val="24"/>
        </w:rPr>
        <w:t>次回日程・メモ</w:t>
      </w:r>
    </w:p>
    <w:p>
      <w:pPr>
        <w:spacing w:before="0" w:after="0" w:lineRule="exact" w:line="114"/>
      </w:pPr>
    </w:p>
    <w:tbl>
      <w:tblPr>
        <w:tblW w:type="pct" w:w="500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597"/>
      </w:tblGrid>
      <w:tr>
        <w:trPr>
          <w:trHeight w:val="510" w:hRule="atLeast"/>
          <w:cantSplit/>
          <w:cantSplit/>
        </w:trPr>
        <w:tc>
          <w:tcPr>
            <w:tcW w:type="dxa" w:w="226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日時</w:t>
            </w:r>
          </w:p>
        </w:tc>
        <w:tc>
          <w:tcPr>
            <w:tcW w:type="dxa" w:w="759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</w:p>
        </w:tc>
      </w:tr>
      <w:tr>
        <w:trPr>
          <w:trHeight w:val="510" w:hRule="atLeast"/>
          <w:cantSplit/>
          <w:cantSplit/>
        </w:trPr>
        <w:tc>
          <w:tcPr>
            <w:tcW w:type="dxa" w:w="2268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  <w:r>
              <w:rPr>
                <w:rFonts w:ascii="Yu Gothic" w:hAnsi="Yu Gothic" w:eastAsia="Yu Gothic"/>
                <w:b/>
                <w:color w:val="24303A"/>
                <w:sz w:val="18"/>
              </w:rPr>
              <w:t>メモ</w:t>
            </w:r>
          </w:p>
        </w:tc>
        <w:tc>
          <w:tcPr>
            <w:tcW w:type="dxa" w:w="7597"/>
            <w:tcBorders>
              <w:top w:val="nil"/>
              <w:bottom w:val="single" w:sz="16" w:space="0" w:color="FFFFFF"/>
              <w:left w:val="nil"/>
              <w:right w:val="nil"/>
            </w:tcBorders>
            <w:tcMar>
              <w:top w:w="70" w:type="dxa"/>
              <w:bottom w:w="70" w:type="dxa"/>
              <w:left w:w="100" w:type="dxa"/>
              <w:right w:w="100" w:type="dxa"/>
            </w:tcMar>
            <w:shd w:val="clear" w:color="auto" w:fill="F2F8F8"/>
          </w:tcPr>
          <w:p>
            <w:r/>
          </w:p>
        </w:tc>
      </w:tr>
    </w:tbl>
    <w:p>
      <w:pPr>
        <w:spacing w:before="0" w:after="0" w:lineRule="exact" w:line="114"/>
      </w:pPr>
    </w:p>
    <w:sectPr w:rsidR="00FC693F" w:rsidRPr="0006063C" w:rsidSect="00034616">
      <w:footerReference w:type="default" r:id="rId9"/>
      <w:pgSz w:w="11906" w:h="16838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Yu Gothic" w:hAnsi="Yu Gothic" w:eastAsia="Yu Gothic"/>
        <w:b w:val="0"/>
        <w:color w:val="7C8A94"/>
        <w:sz w:val="16"/>
      </w:rPr>
      <w:t>memolith.me の1on1記録テンプレート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>
  <Application>memolith.me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1on1記録テンプレート(おしゃれ)</dc:title>
  <dc:subject>memolith.me が配布する無料テンプレート</dc:subject>
  <dc:creator>memolith.me</dc:creator>
  <cp:keywords/>
  <dc:description/>
  <cp:lastModifiedBy>memolith.me</cp:lastModifiedBy>
  <cp:revision>1</cp:revision>
  <dcterms:created xsi:type="dcterms:W3CDTF">2026-09-01T00:00:00Z</dcterms:created>
  <dcterms:modified xsi:type="dcterms:W3CDTF">2026-09-01T00:00:00Z</dcterms:modified>
  <cp:category/>
</cp:coreProperties>
</file>