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Mincho" w:hAnsi="Yu Mincho" w:eastAsia="Yu Mincho"/>
          <w:b/>
          <w:color w:val="1F6F78"/>
          <w:sz w:val="44"/>
        </w:rPr>
        <w:t>1on1事前シート</w:t>
      </w: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基本情報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記入者(メンバー)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相手(マネージャー)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1on1の日時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記入日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1on1の前日までに書いて共有する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今の状態(仕事の充実度)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正解はない。話のきっかけ用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2"/>
        </w:rPr>
        <w:t>□ とても良い   □ 良い   □ ふつう   □ 少ししんどい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2"/>
        </w:rPr>
        <w:t>□ しんどい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そう感じる理由: </w:t>
      </w: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前回の1on1で決めたこと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538"/>
        <w:gridCol w:w="1973"/>
        <w:gridCol w:w="3354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53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決めたこと</w:t>
            </w:r>
          </w:p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状況</w:t>
            </w:r>
          </w:p>
        </w:tc>
        <w:tc>
          <w:tcPr>
            <w:tcW w:type="dxa" w:w="335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補足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最近うまくいっていること・進んだこと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小さなことでよい。自分の言葉で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困っていること・もやもやしていること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解決策はまだ考えなくてよい。事実と気持ちを書く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今日話したいテーマ(優先順)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551"/>
        <w:gridCol w:w="4735"/>
        <w:gridCol w:w="1578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テーマ</w:t>
            </w:r>
          </w:p>
        </w:tc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話したい理由・背景</w:t>
            </w:r>
          </w:p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希望する時間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マネージャーにお願いしたいこと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判断・決めてほしいこと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調整・手伝ってほしいこと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フィードバックがほしいこと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少し先のこと(キャリア・成長)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半年〜1年で身につけたいこと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やってみたい仕事・役割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働き方で変えたいこと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共有前チェック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テーマに優先順位を付けた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前回決めたことの状況を書いた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マネージャーへのお願いを具体的に書いた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1on1の前日までにこのシートを共有した</w:t>
      </w: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1on1のあとで(メモ)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話して分かったこと・次にやることを本人が書く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7C8A94"/>
        <w:sz w:val="16"/>
      </w:rPr>
      <w:t>memolith.me の1on1事前シートテンプレート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1on1事前シートテンプレート(おしゃれ)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