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1on1事前シート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基本情報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記入者(メンバー)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相手(マネージャー)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1on1の日時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記入日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1on1の前日までに書いて共有する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今の状態(仕事の充実度)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正解はない。話のきっかけ用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とても良い   □ 良い   □ ふつう   □ 少ししんどい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しんどい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そう感じる理由: 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前回の1on1で決めたこと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538"/>
        <w:gridCol w:w="1973"/>
        <w:gridCol w:w="3354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決めたこと</w:t>
            </w:r>
          </w:p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状況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補足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最近うまくいっていること・進んだこと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小さなことでよい。自分の言葉で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困っていること・もやもやしていること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解決策はまだ考えなくてよい。事実と気持ちを書く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今日話したいテーマ(優先順)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551"/>
        <w:gridCol w:w="4735"/>
        <w:gridCol w:w="1578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テーマ</w:t>
            </w:r>
          </w:p>
        </w:tc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話したい理由・背景</w:t>
            </w:r>
          </w:p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希望する時間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マネージャーにお願いしたいこと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判断・決めてほしいこと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調整・手伝ってほしいこと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フィードバックがほしいこと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少し先のこと(キャリア・成長)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半年〜1年で身につけたいこと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やってみたい仕事・役割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働き方で変えたいこと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共有前チェック</w:t>
            </w:r>
          </w:p>
        </w:tc>
      </w:tr>
    </w:tbl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テーマに優先順位を付けた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前回決めたことの状況を書いた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マネージャーへのお願いを具体的に書いた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1on1の前日までにこのシートを共有した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1on1のあとで(メモ)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話して分かったこと・次にやることを本人が書く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の1on1事前シートテンプレート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1on1事前シートテンプレート(見やすい)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